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1CB3" w14:textId="7D786CF5" w:rsidR="00AE4C96" w:rsidRPr="00CD300C" w:rsidRDefault="00CD300C">
      <w:pPr>
        <w:pStyle w:val="Overskrift1"/>
        <w:rPr>
          <w:lang w:val="da-DK"/>
        </w:rPr>
      </w:pPr>
      <w:r>
        <w:rPr>
          <w:lang w:val="da-DK"/>
        </w:rPr>
        <w:t>Skabelon til b</w:t>
      </w:r>
      <w:r w:rsidRPr="00CD300C">
        <w:rPr>
          <w:lang w:val="da-DK"/>
        </w:rPr>
        <w:t>eslutningsreferat – Bordtennisklubben Tateni</w:t>
      </w:r>
    </w:p>
    <w:p w14:paraId="26ADBEB8" w14:textId="61BA56CE" w:rsidR="00AE4C96" w:rsidRPr="00CD300C" w:rsidRDefault="00FE6E2E">
      <w:pPr>
        <w:rPr>
          <w:lang w:val="da-DK"/>
        </w:rPr>
      </w:pPr>
      <w:r w:rsidRPr="00CD300C">
        <w:rPr>
          <w:lang w:val="da-DK"/>
        </w:rPr>
        <w:t>Udvalg:</w:t>
      </w:r>
      <w:r w:rsidR="001C3CC0">
        <w:rPr>
          <w:lang w:val="da-DK"/>
        </w:rPr>
        <w:t xml:space="preserve"> </w:t>
      </w:r>
      <w:r w:rsidR="00327AA0">
        <w:rPr>
          <w:lang w:val="da-DK"/>
        </w:rPr>
        <w:t>Ungdomsudvalg</w:t>
      </w:r>
    </w:p>
    <w:p w14:paraId="727A5B74" w14:textId="77777777" w:rsidR="00AE4C96" w:rsidRPr="00CD300C" w:rsidRDefault="00FE6E2E">
      <w:pPr>
        <w:rPr>
          <w:lang w:val="da-DK"/>
        </w:rPr>
      </w:pPr>
      <w:r w:rsidRPr="00CD300C">
        <w:rPr>
          <w:lang w:val="da-DK"/>
        </w:rPr>
        <w:t>Dato:</w:t>
      </w:r>
    </w:p>
    <w:p w14:paraId="5B135D56" w14:textId="77777777" w:rsidR="00AE4C96" w:rsidRPr="00CD300C" w:rsidRDefault="00FE6E2E">
      <w:pPr>
        <w:rPr>
          <w:lang w:val="da-DK"/>
        </w:rPr>
      </w:pPr>
      <w:r w:rsidRPr="00CD300C">
        <w:rPr>
          <w:lang w:val="da-DK"/>
        </w:rPr>
        <w:t>Deltagere:</w:t>
      </w:r>
    </w:p>
    <w:p w14:paraId="10F0912C" w14:textId="77777777" w:rsidR="00AE4C96" w:rsidRPr="00CD300C" w:rsidRDefault="00FE6E2E">
      <w:pPr>
        <w:rPr>
          <w:lang w:val="da-DK"/>
        </w:rPr>
      </w:pPr>
      <w:r w:rsidRPr="00CD300C">
        <w:rPr>
          <w:lang w:val="da-DK"/>
        </w:rPr>
        <w:t>Afbud:</w:t>
      </w:r>
    </w:p>
    <w:p w14:paraId="77FE1228" w14:textId="77777777" w:rsidR="00AE4C96" w:rsidRPr="00CD300C" w:rsidRDefault="00FE6E2E">
      <w:pPr>
        <w:pStyle w:val="Overskrift2"/>
        <w:rPr>
          <w:lang w:val="da-DK"/>
        </w:rPr>
      </w:pPr>
      <w:r w:rsidRPr="00CD300C">
        <w:rPr>
          <w:lang w:val="da-DK"/>
        </w:rPr>
        <w:t>1. Godkendelse af dagsorden</w:t>
      </w:r>
    </w:p>
    <w:p w14:paraId="690B8C2E" w14:textId="77777777" w:rsidR="00AE4C96" w:rsidRPr="00CD300C" w:rsidRDefault="00FE6E2E">
      <w:pPr>
        <w:rPr>
          <w:lang w:val="da-DK"/>
        </w:rPr>
      </w:pPr>
      <w:r w:rsidRPr="00CD300C">
        <w:rPr>
          <w:lang w:val="da-DK"/>
        </w:rPr>
        <w:t>Beslutning:</w:t>
      </w:r>
    </w:p>
    <w:p w14:paraId="7B0DA017" w14:textId="51D5D59A" w:rsidR="00AE4C96" w:rsidRPr="00310BE2" w:rsidRDefault="00FE6E2E">
      <w:pPr>
        <w:pStyle w:val="Overskrift2"/>
        <w:rPr>
          <w:lang w:val="da-DK"/>
        </w:rPr>
      </w:pPr>
      <w:r w:rsidRPr="00310BE2">
        <w:rPr>
          <w:lang w:val="da-DK"/>
        </w:rPr>
        <w:t>2. Status på udvalgets kerneopgaver</w:t>
      </w:r>
      <w:r w:rsidR="00310BE2" w:rsidRPr="00310BE2">
        <w:rPr>
          <w:lang w:val="da-DK"/>
        </w:rPr>
        <w:t xml:space="preserve"> (</w:t>
      </w:r>
      <w:r w:rsidR="00310BE2">
        <w:rPr>
          <w:lang w:val="da-DK"/>
        </w:rPr>
        <w:t>fast punkt)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77"/>
        <w:gridCol w:w="2065"/>
        <w:gridCol w:w="2124"/>
        <w:gridCol w:w="2090"/>
      </w:tblGrid>
      <w:tr w:rsidR="00AE4C96" w14:paraId="0CDEAC5C" w14:textId="77777777">
        <w:tc>
          <w:tcPr>
            <w:tcW w:w="2160" w:type="dxa"/>
          </w:tcPr>
          <w:p w14:paraId="54C39B53" w14:textId="77777777" w:rsidR="00AE4C96" w:rsidRPr="001C3CC0" w:rsidRDefault="00FE6E2E">
            <w:pPr>
              <w:rPr>
                <w:b/>
                <w:bCs/>
              </w:rPr>
            </w:pPr>
            <w:proofErr w:type="spellStart"/>
            <w:r w:rsidRPr="001C3CC0">
              <w:rPr>
                <w:b/>
                <w:bCs/>
              </w:rPr>
              <w:t>Kerneopgave</w:t>
            </w:r>
            <w:proofErr w:type="spellEnd"/>
          </w:p>
        </w:tc>
        <w:tc>
          <w:tcPr>
            <w:tcW w:w="2160" w:type="dxa"/>
          </w:tcPr>
          <w:p w14:paraId="6F2A9A7D" w14:textId="77777777" w:rsidR="00AE4C96" w:rsidRPr="001C3CC0" w:rsidRDefault="00FE6E2E">
            <w:pPr>
              <w:rPr>
                <w:b/>
                <w:bCs/>
              </w:rPr>
            </w:pPr>
            <w:r w:rsidRPr="001C3CC0">
              <w:rPr>
                <w:b/>
                <w:bCs/>
              </w:rPr>
              <w:t>Status</w:t>
            </w:r>
          </w:p>
        </w:tc>
        <w:tc>
          <w:tcPr>
            <w:tcW w:w="2160" w:type="dxa"/>
          </w:tcPr>
          <w:p w14:paraId="5075975C" w14:textId="77777777" w:rsidR="00AE4C96" w:rsidRPr="001C3CC0" w:rsidRDefault="00FE6E2E">
            <w:pPr>
              <w:rPr>
                <w:b/>
                <w:bCs/>
              </w:rPr>
            </w:pPr>
            <w:proofErr w:type="spellStart"/>
            <w:r w:rsidRPr="001C3CC0">
              <w:rPr>
                <w:b/>
                <w:bCs/>
              </w:rPr>
              <w:t>Kommentarer</w:t>
            </w:r>
            <w:proofErr w:type="spellEnd"/>
          </w:p>
        </w:tc>
        <w:tc>
          <w:tcPr>
            <w:tcW w:w="2160" w:type="dxa"/>
          </w:tcPr>
          <w:p w14:paraId="4A3C7844" w14:textId="77777777" w:rsidR="00AE4C96" w:rsidRPr="001C3CC0" w:rsidRDefault="00FE6E2E">
            <w:pPr>
              <w:rPr>
                <w:b/>
                <w:bCs/>
              </w:rPr>
            </w:pPr>
            <w:proofErr w:type="spellStart"/>
            <w:r w:rsidRPr="001C3CC0">
              <w:rPr>
                <w:b/>
                <w:bCs/>
              </w:rPr>
              <w:t>Ansvarlig</w:t>
            </w:r>
            <w:proofErr w:type="spellEnd"/>
          </w:p>
        </w:tc>
      </w:tr>
      <w:tr w:rsidR="00327AA0" w:rsidRPr="00B402D3" w14:paraId="18A4C06F" w14:textId="77777777">
        <w:tc>
          <w:tcPr>
            <w:tcW w:w="2160" w:type="dxa"/>
          </w:tcPr>
          <w:p w14:paraId="55870F3A" w14:textId="4B22DA9A" w:rsidR="00327AA0" w:rsidRPr="005B53F5" w:rsidRDefault="00327AA0" w:rsidP="00327AA0">
            <w:pPr>
              <w:rPr>
                <w:lang w:val="da-DK"/>
              </w:rPr>
            </w:pPr>
            <w:proofErr w:type="spellStart"/>
            <w:r w:rsidRPr="0054507E">
              <w:rPr>
                <w:rFonts w:ascii="Segoe UI" w:hAnsi="Segoe UI" w:cs="Segoe UI"/>
                <w:color w:val="333333"/>
              </w:rPr>
              <w:t>Sikre</w:t>
            </w:r>
            <w:proofErr w:type="spellEnd"/>
            <w:r w:rsidRPr="0054507E">
              <w:rPr>
                <w:rFonts w:ascii="Segoe UI" w:hAnsi="Segoe UI" w:cs="Segoe UI"/>
                <w:color w:val="333333"/>
              </w:rPr>
              <w:t xml:space="preserve"> </w:t>
            </w:r>
            <w:proofErr w:type="spellStart"/>
            <w:r w:rsidRPr="0054507E">
              <w:rPr>
                <w:rFonts w:ascii="Segoe UI" w:hAnsi="Segoe UI" w:cs="Segoe UI"/>
                <w:color w:val="333333"/>
              </w:rPr>
              <w:t>velfungerende</w:t>
            </w:r>
            <w:proofErr w:type="spellEnd"/>
            <w:r w:rsidRPr="0054507E">
              <w:rPr>
                <w:rFonts w:ascii="Segoe UI" w:hAnsi="Segoe UI" w:cs="Segoe UI"/>
                <w:color w:val="333333"/>
              </w:rPr>
              <w:t xml:space="preserve"> </w:t>
            </w:r>
            <w:proofErr w:type="spellStart"/>
            <w:r w:rsidRPr="0054507E">
              <w:rPr>
                <w:rFonts w:ascii="Segoe UI" w:hAnsi="Segoe UI" w:cs="Segoe UI"/>
                <w:color w:val="333333"/>
              </w:rPr>
              <w:t>ungdomstræning</w:t>
            </w:r>
            <w:proofErr w:type="spellEnd"/>
          </w:p>
        </w:tc>
        <w:tc>
          <w:tcPr>
            <w:tcW w:w="2160" w:type="dxa"/>
          </w:tcPr>
          <w:p w14:paraId="395FFAB0" w14:textId="77777777" w:rsidR="00327AA0" w:rsidRPr="005B53F5" w:rsidRDefault="00327AA0" w:rsidP="00327AA0">
            <w:pPr>
              <w:rPr>
                <w:lang w:val="da-DK"/>
              </w:rPr>
            </w:pPr>
          </w:p>
        </w:tc>
        <w:tc>
          <w:tcPr>
            <w:tcW w:w="2160" w:type="dxa"/>
          </w:tcPr>
          <w:p w14:paraId="32210AE1" w14:textId="77777777" w:rsidR="00327AA0" w:rsidRPr="005B53F5" w:rsidRDefault="00327AA0" w:rsidP="00327AA0">
            <w:pPr>
              <w:rPr>
                <w:lang w:val="da-DK"/>
              </w:rPr>
            </w:pPr>
          </w:p>
        </w:tc>
        <w:tc>
          <w:tcPr>
            <w:tcW w:w="2160" w:type="dxa"/>
          </w:tcPr>
          <w:p w14:paraId="38AB2484" w14:textId="77777777" w:rsidR="00327AA0" w:rsidRPr="005B53F5" w:rsidRDefault="00327AA0" w:rsidP="00327AA0">
            <w:pPr>
              <w:rPr>
                <w:lang w:val="da-DK"/>
              </w:rPr>
            </w:pPr>
          </w:p>
        </w:tc>
      </w:tr>
      <w:tr w:rsidR="00327AA0" w:rsidRPr="001C3CC0" w14:paraId="02080E7C" w14:textId="77777777">
        <w:tc>
          <w:tcPr>
            <w:tcW w:w="2160" w:type="dxa"/>
          </w:tcPr>
          <w:p w14:paraId="63E0741E" w14:textId="2B61D772" w:rsidR="00327AA0" w:rsidRPr="001C3CC0" w:rsidRDefault="00327AA0" w:rsidP="00327AA0">
            <w:pPr>
              <w:rPr>
                <w:lang w:val="da-DK"/>
              </w:rPr>
            </w:pPr>
            <w:proofErr w:type="spellStart"/>
            <w:r w:rsidRPr="0054507E">
              <w:rPr>
                <w:rFonts w:ascii="Segoe UI" w:hAnsi="Segoe UI" w:cs="Segoe UI"/>
                <w:color w:val="333333"/>
              </w:rPr>
              <w:t>Koordinere</w:t>
            </w:r>
            <w:proofErr w:type="spellEnd"/>
            <w:r w:rsidRPr="0054507E">
              <w:rPr>
                <w:rFonts w:ascii="Segoe UI" w:hAnsi="Segoe UI" w:cs="Segoe UI"/>
                <w:color w:val="333333"/>
              </w:rPr>
              <w:t xml:space="preserve"> </w:t>
            </w:r>
            <w:proofErr w:type="spellStart"/>
            <w:r w:rsidRPr="0054507E">
              <w:rPr>
                <w:rFonts w:ascii="Segoe UI" w:hAnsi="Segoe UI" w:cs="Segoe UI"/>
                <w:color w:val="333333"/>
              </w:rPr>
              <w:t>trænere</w:t>
            </w:r>
            <w:proofErr w:type="spellEnd"/>
            <w:r w:rsidRPr="0054507E">
              <w:rPr>
                <w:rFonts w:ascii="Segoe UI" w:hAnsi="Segoe UI" w:cs="Segoe UI"/>
                <w:color w:val="333333"/>
              </w:rPr>
              <w:t xml:space="preserve"> </w:t>
            </w:r>
            <w:proofErr w:type="spellStart"/>
            <w:r w:rsidRPr="0054507E">
              <w:rPr>
                <w:rFonts w:ascii="Segoe UI" w:hAnsi="Segoe UI" w:cs="Segoe UI"/>
                <w:color w:val="333333"/>
              </w:rPr>
              <w:t>og</w:t>
            </w:r>
            <w:proofErr w:type="spellEnd"/>
            <w:r w:rsidRPr="0054507E">
              <w:rPr>
                <w:rFonts w:ascii="Segoe UI" w:hAnsi="Segoe UI" w:cs="Segoe UI"/>
                <w:color w:val="333333"/>
              </w:rPr>
              <w:t xml:space="preserve"> </w:t>
            </w:r>
            <w:proofErr w:type="spellStart"/>
            <w:r w:rsidRPr="0054507E">
              <w:rPr>
                <w:rFonts w:ascii="Segoe UI" w:hAnsi="Segoe UI" w:cs="Segoe UI"/>
                <w:color w:val="333333"/>
              </w:rPr>
              <w:t>træningsfaciliteter</w:t>
            </w:r>
            <w:proofErr w:type="spellEnd"/>
          </w:p>
        </w:tc>
        <w:tc>
          <w:tcPr>
            <w:tcW w:w="2160" w:type="dxa"/>
          </w:tcPr>
          <w:p w14:paraId="34D38CB3" w14:textId="77777777" w:rsidR="00327AA0" w:rsidRPr="001C3CC0" w:rsidRDefault="00327AA0" w:rsidP="00327AA0">
            <w:pPr>
              <w:rPr>
                <w:lang w:val="da-DK"/>
              </w:rPr>
            </w:pPr>
          </w:p>
        </w:tc>
        <w:tc>
          <w:tcPr>
            <w:tcW w:w="2160" w:type="dxa"/>
          </w:tcPr>
          <w:p w14:paraId="32C974C9" w14:textId="77777777" w:rsidR="00327AA0" w:rsidRPr="001C3CC0" w:rsidRDefault="00327AA0" w:rsidP="00327AA0">
            <w:pPr>
              <w:rPr>
                <w:lang w:val="da-DK"/>
              </w:rPr>
            </w:pPr>
          </w:p>
        </w:tc>
        <w:tc>
          <w:tcPr>
            <w:tcW w:w="2160" w:type="dxa"/>
          </w:tcPr>
          <w:p w14:paraId="759220FA" w14:textId="77777777" w:rsidR="00327AA0" w:rsidRPr="001C3CC0" w:rsidRDefault="00327AA0" w:rsidP="00327AA0">
            <w:pPr>
              <w:rPr>
                <w:lang w:val="da-DK"/>
              </w:rPr>
            </w:pPr>
          </w:p>
        </w:tc>
      </w:tr>
      <w:tr w:rsidR="00327AA0" w:rsidRPr="00B402D3" w14:paraId="670C72A7" w14:textId="77777777">
        <w:tc>
          <w:tcPr>
            <w:tcW w:w="2160" w:type="dxa"/>
          </w:tcPr>
          <w:p w14:paraId="03772C0F" w14:textId="15D5CCA6" w:rsidR="00327AA0" w:rsidRPr="00B402D3" w:rsidRDefault="00327AA0" w:rsidP="00327AA0">
            <w:pPr>
              <w:rPr>
                <w:lang w:val="da-DK"/>
              </w:rPr>
            </w:pPr>
            <w:proofErr w:type="spellStart"/>
            <w:r w:rsidRPr="0054507E">
              <w:rPr>
                <w:rFonts w:ascii="Segoe UI" w:hAnsi="Segoe UI" w:cs="Segoe UI"/>
                <w:color w:val="333333"/>
              </w:rPr>
              <w:t>Planlægge</w:t>
            </w:r>
            <w:proofErr w:type="spellEnd"/>
            <w:r w:rsidRPr="0054507E">
              <w:rPr>
                <w:rFonts w:ascii="Segoe UI" w:hAnsi="Segoe UI" w:cs="Segoe UI"/>
                <w:color w:val="333333"/>
              </w:rPr>
              <w:t xml:space="preserve"> </w:t>
            </w:r>
            <w:proofErr w:type="spellStart"/>
            <w:r w:rsidRPr="0054507E">
              <w:rPr>
                <w:rFonts w:ascii="Segoe UI" w:hAnsi="Segoe UI" w:cs="Segoe UI"/>
                <w:color w:val="333333"/>
              </w:rPr>
              <w:t>ungdomsarrangementer</w:t>
            </w:r>
            <w:proofErr w:type="spellEnd"/>
            <w:r w:rsidRPr="0054507E">
              <w:rPr>
                <w:rFonts w:ascii="Segoe UI" w:hAnsi="Segoe UI" w:cs="Segoe UI"/>
                <w:color w:val="333333"/>
              </w:rPr>
              <w:t xml:space="preserve"> </w:t>
            </w:r>
            <w:proofErr w:type="spellStart"/>
            <w:r w:rsidRPr="0054507E">
              <w:rPr>
                <w:rFonts w:ascii="Segoe UI" w:hAnsi="Segoe UI" w:cs="Segoe UI"/>
                <w:color w:val="333333"/>
              </w:rPr>
              <w:t>og</w:t>
            </w:r>
            <w:proofErr w:type="spellEnd"/>
            <w:r w:rsidRPr="0054507E">
              <w:rPr>
                <w:rFonts w:ascii="Segoe UI" w:hAnsi="Segoe UI" w:cs="Segoe UI"/>
                <w:color w:val="333333"/>
              </w:rPr>
              <w:t xml:space="preserve"> </w:t>
            </w:r>
            <w:proofErr w:type="spellStart"/>
            <w:r w:rsidRPr="0054507E">
              <w:rPr>
                <w:rFonts w:ascii="Segoe UI" w:hAnsi="Segoe UI" w:cs="Segoe UI"/>
                <w:color w:val="333333"/>
              </w:rPr>
              <w:t>sæsonaktiviteter</w:t>
            </w:r>
            <w:proofErr w:type="spellEnd"/>
          </w:p>
        </w:tc>
        <w:tc>
          <w:tcPr>
            <w:tcW w:w="2160" w:type="dxa"/>
          </w:tcPr>
          <w:p w14:paraId="0DE1E4BD" w14:textId="77777777" w:rsidR="00327AA0" w:rsidRPr="00B402D3" w:rsidRDefault="00327AA0" w:rsidP="00327AA0">
            <w:pPr>
              <w:rPr>
                <w:lang w:val="da-DK"/>
              </w:rPr>
            </w:pPr>
          </w:p>
        </w:tc>
        <w:tc>
          <w:tcPr>
            <w:tcW w:w="2160" w:type="dxa"/>
          </w:tcPr>
          <w:p w14:paraId="2E10DD5C" w14:textId="77777777" w:rsidR="00327AA0" w:rsidRPr="00B402D3" w:rsidRDefault="00327AA0" w:rsidP="00327AA0">
            <w:pPr>
              <w:rPr>
                <w:lang w:val="da-DK"/>
              </w:rPr>
            </w:pPr>
          </w:p>
        </w:tc>
        <w:tc>
          <w:tcPr>
            <w:tcW w:w="2160" w:type="dxa"/>
          </w:tcPr>
          <w:p w14:paraId="5808DCD3" w14:textId="77777777" w:rsidR="00327AA0" w:rsidRPr="00B402D3" w:rsidRDefault="00327AA0" w:rsidP="00327AA0">
            <w:pPr>
              <w:rPr>
                <w:lang w:val="da-DK"/>
              </w:rPr>
            </w:pPr>
          </w:p>
        </w:tc>
      </w:tr>
      <w:tr w:rsidR="00327AA0" w:rsidRPr="00B402D3" w14:paraId="1CC4EAF9" w14:textId="77777777">
        <w:tc>
          <w:tcPr>
            <w:tcW w:w="2160" w:type="dxa"/>
          </w:tcPr>
          <w:p w14:paraId="63974F00" w14:textId="3DCE69CD" w:rsidR="00327AA0" w:rsidRPr="005B53F5" w:rsidRDefault="00327AA0" w:rsidP="00327AA0">
            <w:pPr>
              <w:rPr>
                <w:lang w:val="da-DK"/>
              </w:rPr>
            </w:pPr>
            <w:proofErr w:type="spellStart"/>
            <w:r w:rsidRPr="0054507E">
              <w:rPr>
                <w:rFonts w:ascii="Segoe UI" w:hAnsi="Segoe UI" w:cs="Segoe UI"/>
                <w:color w:val="333333"/>
              </w:rPr>
              <w:t>Understøtte</w:t>
            </w:r>
            <w:proofErr w:type="spellEnd"/>
            <w:r w:rsidRPr="0054507E">
              <w:rPr>
                <w:rFonts w:ascii="Segoe UI" w:hAnsi="Segoe UI" w:cs="Segoe UI"/>
                <w:color w:val="333333"/>
              </w:rPr>
              <w:t xml:space="preserve"> </w:t>
            </w:r>
            <w:proofErr w:type="spellStart"/>
            <w:r w:rsidRPr="0054507E">
              <w:rPr>
                <w:rFonts w:ascii="Segoe UI" w:hAnsi="Segoe UI" w:cs="Segoe UI"/>
                <w:color w:val="333333"/>
              </w:rPr>
              <w:t>trænerudvikling</w:t>
            </w:r>
            <w:proofErr w:type="spellEnd"/>
            <w:r w:rsidRPr="0054507E">
              <w:rPr>
                <w:rFonts w:ascii="Segoe UI" w:hAnsi="Segoe UI" w:cs="Segoe UI"/>
                <w:color w:val="333333"/>
              </w:rPr>
              <w:t xml:space="preserve"> </w:t>
            </w:r>
            <w:proofErr w:type="spellStart"/>
            <w:r w:rsidRPr="0054507E">
              <w:rPr>
                <w:rFonts w:ascii="Segoe UI" w:hAnsi="Segoe UI" w:cs="Segoe UI"/>
                <w:color w:val="333333"/>
              </w:rPr>
              <w:t>på</w:t>
            </w:r>
            <w:proofErr w:type="spellEnd"/>
            <w:r w:rsidRPr="0054507E">
              <w:rPr>
                <w:rFonts w:ascii="Segoe UI" w:hAnsi="Segoe UI" w:cs="Segoe UI"/>
                <w:color w:val="333333"/>
              </w:rPr>
              <w:t xml:space="preserve"> </w:t>
            </w:r>
            <w:proofErr w:type="spellStart"/>
            <w:r w:rsidRPr="0054507E">
              <w:rPr>
                <w:rFonts w:ascii="Segoe UI" w:hAnsi="Segoe UI" w:cs="Segoe UI"/>
                <w:color w:val="333333"/>
              </w:rPr>
              <w:t>ungdomsområdet</w:t>
            </w:r>
            <w:proofErr w:type="spellEnd"/>
          </w:p>
        </w:tc>
        <w:tc>
          <w:tcPr>
            <w:tcW w:w="2160" w:type="dxa"/>
          </w:tcPr>
          <w:p w14:paraId="3EBEA724" w14:textId="77777777" w:rsidR="00327AA0" w:rsidRPr="005B53F5" w:rsidRDefault="00327AA0" w:rsidP="00327AA0">
            <w:pPr>
              <w:rPr>
                <w:lang w:val="da-DK"/>
              </w:rPr>
            </w:pPr>
          </w:p>
        </w:tc>
        <w:tc>
          <w:tcPr>
            <w:tcW w:w="2160" w:type="dxa"/>
          </w:tcPr>
          <w:p w14:paraId="331ED863" w14:textId="77777777" w:rsidR="00327AA0" w:rsidRPr="005B53F5" w:rsidRDefault="00327AA0" w:rsidP="00327AA0">
            <w:pPr>
              <w:rPr>
                <w:lang w:val="da-DK"/>
              </w:rPr>
            </w:pPr>
          </w:p>
        </w:tc>
        <w:tc>
          <w:tcPr>
            <w:tcW w:w="2160" w:type="dxa"/>
          </w:tcPr>
          <w:p w14:paraId="41600C4E" w14:textId="77777777" w:rsidR="00327AA0" w:rsidRPr="005B53F5" w:rsidRDefault="00327AA0" w:rsidP="00327AA0">
            <w:pPr>
              <w:rPr>
                <w:lang w:val="da-DK"/>
              </w:rPr>
            </w:pPr>
          </w:p>
        </w:tc>
      </w:tr>
      <w:tr w:rsidR="00327AA0" w:rsidRPr="00B402D3" w14:paraId="0045FDAD" w14:textId="77777777">
        <w:tc>
          <w:tcPr>
            <w:tcW w:w="2160" w:type="dxa"/>
          </w:tcPr>
          <w:p w14:paraId="6913E62C" w14:textId="31D83920" w:rsidR="00327AA0" w:rsidRPr="005B53F5" w:rsidRDefault="00327AA0" w:rsidP="00327AA0">
            <w:pPr>
              <w:rPr>
                <w:lang w:val="da-DK"/>
              </w:rPr>
            </w:pPr>
            <w:proofErr w:type="spellStart"/>
            <w:r w:rsidRPr="0054507E">
              <w:rPr>
                <w:rFonts w:ascii="Segoe UI" w:hAnsi="Segoe UI" w:cs="Segoe UI"/>
                <w:color w:val="333333"/>
              </w:rPr>
              <w:t>Bidrage</w:t>
            </w:r>
            <w:proofErr w:type="spellEnd"/>
            <w:r w:rsidRPr="0054507E">
              <w:rPr>
                <w:rFonts w:ascii="Segoe UI" w:hAnsi="Segoe UI" w:cs="Segoe UI"/>
                <w:color w:val="333333"/>
              </w:rPr>
              <w:t xml:space="preserve"> </w:t>
            </w:r>
            <w:proofErr w:type="spellStart"/>
            <w:r w:rsidRPr="0054507E">
              <w:rPr>
                <w:rFonts w:ascii="Segoe UI" w:hAnsi="Segoe UI" w:cs="Segoe UI"/>
                <w:color w:val="333333"/>
              </w:rPr>
              <w:t>til</w:t>
            </w:r>
            <w:proofErr w:type="spellEnd"/>
            <w:r w:rsidRPr="0054507E">
              <w:rPr>
                <w:rFonts w:ascii="Segoe UI" w:hAnsi="Segoe UI" w:cs="Segoe UI"/>
                <w:color w:val="333333"/>
              </w:rPr>
              <w:t xml:space="preserve"> </w:t>
            </w:r>
            <w:proofErr w:type="gramStart"/>
            <w:r w:rsidRPr="0054507E">
              <w:rPr>
                <w:rFonts w:ascii="Segoe UI" w:hAnsi="Segoe UI" w:cs="Segoe UI"/>
                <w:color w:val="333333"/>
              </w:rPr>
              <w:t>god</w:t>
            </w:r>
            <w:proofErr w:type="gramEnd"/>
            <w:r w:rsidRPr="0054507E">
              <w:rPr>
                <w:rFonts w:ascii="Segoe UI" w:hAnsi="Segoe UI" w:cs="Segoe UI"/>
                <w:color w:val="333333"/>
              </w:rPr>
              <w:t xml:space="preserve"> </w:t>
            </w:r>
            <w:proofErr w:type="spellStart"/>
            <w:r w:rsidRPr="0054507E">
              <w:rPr>
                <w:rFonts w:ascii="Segoe UI" w:hAnsi="Segoe UI" w:cs="Segoe UI"/>
                <w:color w:val="333333"/>
              </w:rPr>
              <w:t>forældrekommunikation</w:t>
            </w:r>
            <w:proofErr w:type="spellEnd"/>
          </w:p>
        </w:tc>
        <w:tc>
          <w:tcPr>
            <w:tcW w:w="2160" w:type="dxa"/>
          </w:tcPr>
          <w:p w14:paraId="3B7203DF" w14:textId="77777777" w:rsidR="00327AA0" w:rsidRPr="005B53F5" w:rsidRDefault="00327AA0" w:rsidP="00327AA0">
            <w:pPr>
              <w:rPr>
                <w:lang w:val="da-DK"/>
              </w:rPr>
            </w:pPr>
          </w:p>
        </w:tc>
        <w:tc>
          <w:tcPr>
            <w:tcW w:w="2160" w:type="dxa"/>
          </w:tcPr>
          <w:p w14:paraId="200B4C58" w14:textId="77777777" w:rsidR="00327AA0" w:rsidRPr="005B53F5" w:rsidRDefault="00327AA0" w:rsidP="00327AA0">
            <w:pPr>
              <w:rPr>
                <w:lang w:val="da-DK"/>
              </w:rPr>
            </w:pPr>
          </w:p>
        </w:tc>
        <w:tc>
          <w:tcPr>
            <w:tcW w:w="2160" w:type="dxa"/>
          </w:tcPr>
          <w:p w14:paraId="6C7C86A3" w14:textId="77777777" w:rsidR="00327AA0" w:rsidRPr="005B53F5" w:rsidRDefault="00327AA0" w:rsidP="00327AA0">
            <w:pPr>
              <w:rPr>
                <w:lang w:val="da-DK"/>
              </w:rPr>
            </w:pPr>
          </w:p>
        </w:tc>
      </w:tr>
    </w:tbl>
    <w:p w14:paraId="497715BE" w14:textId="77777777" w:rsidR="00AE4C96" w:rsidRDefault="00FE6E2E">
      <w:pPr>
        <w:pStyle w:val="Overskrift2"/>
      </w:pPr>
      <w:r>
        <w:t xml:space="preserve">3. </w:t>
      </w:r>
      <w:proofErr w:type="spellStart"/>
      <w:r>
        <w:t>Punkter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beslutning</w:t>
      </w:r>
      <w:proofErr w:type="spellEnd"/>
    </w:p>
    <w:p w14:paraId="7889F835" w14:textId="77777777" w:rsidR="00AE4C96" w:rsidRDefault="00FE6E2E">
      <w:pPr>
        <w:pStyle w:val="Overskrift3"/>
      </w:pPr>
      <w:r>
        <w:t xml:space="preserve">3.1 [Titel </w:t>
      </w:r>
      <w:proofErr w:type="spellStart"/>
      <w:r>
        <w:t>på</w:t>
      </w:r>
      <w:proofErr w:type="spellEnd"/>
      <w:r>
        <w:t xml:space="preserve"> </w:t>
      </w:r>
      <w:proofErr w:type="spellStart"/>
      <w:r>
        <w:t>punkt</w:t>
      </w:r>
      <w:proofErr w:type="spellEnd"/>
      <w:r>
        <w:t>]</w:t>
      </w:r>
    </w:p>
    <w:p w14:paraId="6003EF74" w14:textId="77777777" w:rsidR="00AE4C96" w:rsidRDefault="00FE6E2E">
      <w:proofErr w:type="spellStart"/>
      <w:r>
        <w:t>Baggrund</w:t>
      </w:r>
      <w:proofErr w:type="spellEnd"/>
      <w:r>
        <w:t>:</w:t>
      </w:r>
    </w:p>
    <w:p w14:paraId="12062C0E" w14:textId="77777777" w:rsidR="00AE4C96" w:rsidRDefault="00FE6E2E">
      <w:proofErr w:type="spellStart"/>
      <w:r>
        <w:t>Drøftelse</w:t>
      </w:r>
      <w:proofErr w:type="spellEnd"/>
      <w:r>
        <w:t xml:space="preserve"> (</w:t>
      </w:r>
      <w:proofErr w:type="spellStart"/>
      <w:r>
        <w:t>kort</w:t>
      </w:r>
      <w:proofErr w:type="spellEnd"/>
      <w:r>
        <w:t>):</w:t>
      </w:r>
    </w:p>
    <w:p w14:paraId="11D4D2AE" w14:textId="77777777" w:rsidR="00AE4C96" w:rsidRDefault="00FE6E2E">
      <w:proofErr w:type="spellStart"/>
      <w:r>
        <w:t>Beslutning</w:t>
      </w:r>
      <w:proofErr w:type="spellEnd"/>
      <w:r>
        <w:t>:</w:t>
      </w:r>
    </w:p>
    <w:p w14:paraId="2CA31C87" w14:textId="77777777" w:rsidR="00AE4C96" w:rsidRDefault="00FE6E2E">
      <w:proofErr w:type="spellStart"/>
      <w:r>
        <w:t>Ansvarlig</w:t>
      </w:r>
      <w:proofErr w:type="spellEnd"/>
      <w:r>
        <w:t>(e):</w:t>
      </w:r>
    </w:p>
    <w:p w14:paraId="088A2D2E" w14:textId="77777777" w:rsidR="00AE4C96" w:rsidRDefault="00FE6E2E">
      <w:r>
        <w:t>Deadline:</w:t>
      </w:r>
    </w:p>
    <w:p w14:paraId="37F3F1C9" w14:textId="77777777" w:rsidR="00AE4C96" w:rsidRDefault="00FE6E2E">
      <w:pPr>
        <w:pStyle w:val="Overskrift3"/>
      </w:pPr>
      <w:r>
        <w:lastRenderedPageBreak/>
        <w:t xml:space="preserve">3.2 [Titel </w:t>
      </w:r>
      <w:proofErr w:type="spellStart"/>
      <w:r>
        <w:t>på</w:t>
      </w:r>
      <w:proofErr w:type="spellEnd"/>
      <w:r>
        <w:t xml:space="preserve"> </w:t>
      </w:r>
      <w:proofErr w:type="spellStart"/>
      <w:r>
        <w:t>punkt</w:t>
      </w:r>
      <w:proofErr w:type="spellEnd"/>
      <w:r>
        <w:t>]</w:t>
      </w:r>
    </w:p>
    <w:p w14:paraId="248F8F14" w14:textId="77777777" w:rsidR="00AE4C96" w:rsidRDefault="00FE6E2E">
      <w:proofErr w:type="spellStart"/>
      <w:r>
        <w:t>Baggrund</w:t>
      </w:r>
      <w:proofErr w:type="spellEnd"/>
      <w:r>
        <w:t>:</w:t>
      </w:r>
    </w:p>
    <w:p w14:paraId="3270AAB0" w14:textId="77777777" w:rsidR="00AE4C96" w:rsidRDefault="00FE6E2E">
      <w:proofErr w:type="spellStart"/>
      <w:r>
        <w:t>Drøftelse</w:t>
      </w:r>
      <w:proofErr w:type="spellEnd"/>
      <w:r>
        <w:t xml:space="preserve"> (</w:t>
      </w:r>
      <w:proofErr w:type="spellStart"/>
      <w:r>
        <w:t>kort</w:t>
      </w:r>
      <w:proofErr w:type="spellEnd"/>
      <w:r>
        <w:t>):</w:t>
      </w:r>
    </w:p>
    <w:p w14:paraId="2750F329" w14:textId="77777777" w:rsidR="00AE4C96" w:rsidRDefault="00FE6E2E">
      <w:proofErr w:type="spellStart"/>
      <w:r>
        <w:t>Beslutning</w:t>
      </w:r>
      <w:proofErr w:type="spellEnd"/>
      <w:r>
        <w:t>:</w:t>
      </w:r>
    </w:p>
    <w:p w14:paraId="678D41D6" w14:textId="77777777" w:rsidR="00AE4C96" w:rsidRDefault="00FE6E2E">
      <w:proofErr w:type="spellStart"/>
      <w:r>
        <w:t>Ansvarlig</w:t>
      </w:r>
      <w:proofErr w:type="spellEnd"/>
      <w:r>
        <w:t>(e):</w:t>
      </w:r>
    </w:p>
    <w:p w14:paraId="312395B2" w14:textId="77777777" w:rsidR="00AE4C96" w:rsidRDefault="00FE6E2E">
      <w:r>
        <w:t>Deadline:</w:t>
      </w:r>
    </w:p>
    <w:p w14:paraId="3D32972B" w14:textId="77777777" w:rsidR="00AE4C96" w:rsidRDefault="00FE6E2E">
      <w:pPr>
        <w:pStyle w:val="Overskrift2"/>
      </w:pPr>
      <w:r>
        <w:t xml:space="preserve">4. </w:t>
      </w:r>
      <w:proofErr w:type="spellStart"/>
      <w:r>
        <w:t>Opfølgning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tidligere</w:t>
      </w:r>
      <w:proofErr w:type="spellEnd"/>
      <w:r>
        <w:t xml:space="preserve"> </w:t>
      </w:r>
      <w:proofErr w:type="spellStart"/>
      <w:r>
        <w:t>beslutninger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E4C96" w14:paraId="2BDCC9D4" w14:textId="77777777">
        <w:tc>
          <w:tcPr>
            <w:tcW w:w="2160" w:type="dxa"/>
          </w:tcPr>
          <w:p w14:paraId="58DE2DBA" w14:textId="77777777" w:rsidR="00AE4C96" w:rsidRDefault="00FE6E2E">
            <w:proofErr w:type="spellStart"/>
            <w:r>
              <w:t>Beslutning</w:t>
            </w:r>
            <w:proofErr w:type="spellEnd"/>
          </w:p>
        </w:tc>
        <w:tc>
          <w:tcPr>
            <w:tcW w:w="2160" w:type="dxa"/>
          </w:tcPr>
          <w:p w14:paraId="5E8D21FE" w14:textId="77777777" w:rsidR="00AE4C96" w:rsidRDefault="00FE6E2E">
            <w:r>
              <w:t>Status</w:t>
            </w:r>
          </w:p>
        </w:tc>
        <w:tc>
          <w:tcPr>
            <w:tcW w:w="2160" w:type="dxa"/>
          </w:tcPr>
          <w:p w14:paraId="675DFCEA" w14:textId="77777777" w:rsidR="00AE4C96" w:rsidRDefault="00FE6E2E">
            <w:proofErr w:type="spellStart"/>
            <w:r>
              <w:t>Ansvarlig</w:t>
            </w:r>
            <w:proofErr w:type="spellEnd"/>
          </w:p>
        </w:tc>
        <w:tc>
          <w:tcPr>
            <w:tcW w:w="2160" w:type="dxa"/>
          </w:tcPr>
          <w:p w14:paraId="1BBC8F93" w14:textId="77777777" w:rsidR="00AE4C96" w:rsidRDefault="00FE6E2E">
            <w:r>
              <w:t>Noter</w:t>
            </w:r>
          </w:p>
        </w:tc>
      </w:tr>
      <w:tr w:rsidR="00AE4C96" w14:paraId="554A8647" w14:textId="77777777">
        <w:tc>
          <w:tcPr>
            <w:tcW w:w="2160" w:type="dxa"/>
          </w:tcPr>
          <w:p w14:paraId="5037922C" w14:textId="77777777" w:rsidR="00AE4C96" w:rsidRDefault="00AE4C96"/>
        </w:tc>
        <w:tc>
          <w:tcPr>
            <w:tcW w:w="2160" w:type="dxa"/>
          </w:tcPr>
          <w:p w14:paraId="7EEF78BF" w14:textId="77777777" w:rsidR="00AE4C96" w:rsidRDefault="00AE4C96"/>
        </w:tc>
        <w:tc>
          <w:tcPr>
            <w:tcW w:w="2160" w:type="dxa"/>
          </w:tcPr>
          <w:p w14:paraId="43F844A0" w14:textId="77777777" w:rsidR="00AE4C96" w:rsidRDefault="00AE4C96"/>
        </w:tc>
        <w:tc>
          <w:tcPr>
            <w:tcW w:w="2160" w:type="dxa"/>
          </w:tcPr>
          <w:p w14:paraId="266D971A" w14:textId="77777777" w:rsidR="00AE4C96" w:rsidRDefault="00AE4C96"/>
        </w:tc>
      </w:tr>
      <w:tr w:rsidR="00AE4C96" w14:paraId="00B09E92" w14:textId="77777777">
        <w:tc>
          <w:tcPr>
            <w:tcW w:w="2160" w:type="dxa"/>
          </w:tcPr>
          <w:p w14:paraId="270E36B9" w14:textId="77777777" w:rsidR="00AE4C96" w:rsidRDefault="00AE4C96"/>
        </w:tc>
        <w:tc>
          <w:tcPr>
            <w:tcW w:w="2160" w:type="dxa"/>
          </w:tcPr>
          <w:p w14:paraId="67562462" w14:textId="77777777" w:rsidR="00AE4C96" w:rsidRDefault="00AE4C96"/>
        </w:tc>
        <w:tc>
          <w:tcPr>
            <w:tcW w:w="2160" w:type="dxa"/>
          </w:tcPr>
          <w:p w14:paraId="6EBEA0E2" w14:textId="77777777" w:rsidR="00AE4C96" w:rsidRDefault="00AE4C96"/>
        </w:tc>
        <w:tc>
          <w:tcPr>
            <w:tcW w:w="2160" w:type="dxa"/>
          </w:tcPr>
          <w:p w14:paraId="222F03C7" w14:textId="77777777" w:rsidR="00AE4C96" w:rsidRDefault="00AE4C96"/>
        </w:tc>
      </w:tr>
      <w:tr w:rsidR="00AE4C96" w14:paraId="2FB3F74B" w14:textId="77777777">
        <w:tc>
          <w:tcPr>
            <w:tcW w:w="2160" w:type="dxa"/>
          </w:tcPr>
          <w:p w14:paraId="12C00023" w14:textId="77777777" w:rsidR="00AE4C96" w:rsidRDefault="00AE4C96"/>
        </w:tc>
        <w:tc>
          <w:tcPr>
            <w:tcW w:w="2160" w:type="dxa"/>
          </w:tcPr>
          <w:p w14:paraId="6AD201ED" w14:textId="77777777" w:rsidR="00AE4C96" w:rsidRDefault="00AE4C96"/>
        </w:tc>
        <w:tc>
          <w:tcPr>
            <w:tcW w:w="2160" w:type="dxa"/>
          </w:tcPr>
          <w:p w14:paraId="15A0C3D2" w14:textId="77777777" w:rsidR="00AE4C96" w:rsidRDefault="00AE4C96"/>
        </w:tc>
        <w:tc>
          <w:tcPr>
            <w:tcW w:w="2160" w:type="dxa"/>
          </w:tcPr>
          <w:p w14:paraId="5384FB92" w14:textId="77777777" w:rsidR="00AE4C96" w:rsidRDefault="00AE4C96"/>
        </w:tc>
      </w:tr>
    </w:tbl>
    <w:p w14:paraId="2622B743" w14:textId="77777777" w:rsidR="00AE4C96" w:rsidRDefault="00FE6E2E">
      <w:pPr>
        <w:pStyle w:val="Overskrift2"/>
      </w:pPr>
      <w:r>
        <w:t xml:space="preserve">5. </w:t>
      </w:r>
      <w:proofErr w:type="spellStart"/>
      <w:r>
        <w:t>Eventuelt</w:t>
      </w:r>
      <w:proofErr w:type="spellEnd"/>
    </w:p>
    <w:p w14:paraId="1CDD55F7" w14:textId="77777777" w:rsidR="00AE4C96" w:rsidRDefault="00FE6E2E">
      <w:proofErr w:type="spellStart"/>
      <w:r>
        <w:t>Emner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korte</w:t>
      </w:r>
      <w:proofErr w:type="spellEnd"/>
      <w:r>
        <w:t xml:space="preserve"> </w:t>
      </w:r>
      <w:proofErr w:type="spellStart"/>
      <w:r>
        <w:t>beslutninger</w:t>
      </w:r>
      <w:proofErr w:type="spellEnd"/>
      <w:r>
        <w:t>:</w:t>
      </w:r>
    </w:p>
    <w:p w14:paraId="7237A94A" w14:textId="77777777" w:rsidR="00AE4C96" w:rsidRDefault="00FE6E2E">
      <w:pPr>
        <w:pStyle w:val="Overskrift2"/>
      </w:pPr>
      <w:r>
        <w:t xml:space="preserve">6. </w:t>
      </w:r>
      <w:proofErr w:type="spellStart"/>
      <w:r>
        <w:t>Næste</w:t>
      </w:r>
      <w:proofErr w:type="spellEnd"/>
      <w:r>
        <w:t xml:space="preserve"> </w:t>
      </w:r>
      <w:proofErr w:type="spellStart"/>
      <w:r>
        <w:t>møde</w:t>
      </w:r>
      <w:proofErr w:type="spellEnd"/>
    </w:p>
    <w:p w14:paraId="5C665D70" w14:textId="77777777" w:rsidR="00AE4C96" w:rsidRDefault="00FE6E2E">
      <w:r>
        <w:t>Dato:</w:t>
      </w:r>
    </w:p>
    <w:p w14:paraId="5E1B7EB5" w14:textId="77777777" w:rsidR="00AE4C96" w:rsidRDefault="00FE6E2E">
      <w:proofErr w:type="spellStart"/>
      <w:r>
        <w:t>Udarbejdet</w:t>
      </w:r>
      <w:proofErr w:type="spellEnd"/>
      <w:r>
        <w:t xml:space="preserve"> </w:t>
      </w:r>
      <w:proofErr w:type="spellStart"/>
      <w:r>
        <w:t>af</w:t>
      </w:r>
      <w:proofErr w:type="spellEnd"/>
      <w:r>
        <w:t>:</w:t>
      </w:r>
    </w:p>
    <w:p w14:paraId="5FD8CA9B" w14:textId="77777777" w:rsidR="00AE4C96" w:rsidRDefault="00FE6E2E">
      <w:r>
        <w:t>Referent:</w:t>
      </w:r>
    </w:p>
    <w:p w14:paraId="1AE188E2" w14:textId="77777777" w:rsidR="00AE4C96" w:rsidRDefault="00FE6E2E">
      <w:r>
        <w:t>Dato:</w:t>
      </w:r>
    </w:p>
    <w:sectPr w:rsidR="00AE4C9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8485309">
    <w:abstractNumId w:val="8"/>
  </w:num>
  <w:num w:numId="2" w16cid:durableId="879324735">
    <w:abstractNumId w:val="6"/>
  </w:num>
  <w:num w:numId="3" w16cid:durableId="2059091261">
    <w:abstractNumId w:val="5"/>
  </w:num>
  <w:num w:numId="4" w16cid:durableId="177551968">
    <w:abstractNumId w:val="4"/>
  </w:num>
  <w:num w:numId="5" w16cid:durableId="1045059443">
    <w:abstractNumId w:val="7"/>
  </w:num>
  <w:num w:numId="6" w16cid:durableId="557088259">
    <w:abstractNumId w:val="3"/>
  </w:num>
  <w:num w:numId="7" w16cid:durableId="163664265">
    <w:abstractNumId w:val="2"/>
  </w:num>
  <w:num w:numId="8" w16cid:durableId="1739744626">
    <w:abstractNumId w:val="1"/>
  </w:num>
  <w:num w:numId="9" w16cid:durableId="2066295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3CC0"/>
    <w:rsid w:val="0029639D"/>
    <w:rsid w:val="00310BE2"/>
    <w:rsid w:val="00326F90"/>
    <w:rsid w:val="00327AA0"/>
    <w:rsid w:val="003663D6"/>
    <w:rsid w:val="005B53F5"/>
    <w:rsid w:val="00602D4D"/>
    <w:rsid w:val="00784FC9"/>
    <w:rsid w:val="007C07A7"/>
    <w:rsid w:val="009350BE"/>
    <w:rsid w:val="00AA1D8D"/>
    <w:rsid w:val="00AE4C96"/>
    <w:rsid w:val="00B402D3"/>
    <w:rsid w:val="00B47730"/>
    <w:rsid w:val="00B47FB3"/>
    <w:rsid w:val="00CB0664"/>
    <w:rsid w:val="00CD300C"/>
    <w:rsid w:val="00D468DF"/>
    <w:rsid w:val="00FC693F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C1601F"/>
  <w14:defaultImageDpi w14:val="330"/>
  <w15:docId w15:val="{43EAC318-F9B3-4B92-8E4C-A4B020D2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Jesper Torp Nielsen</cp:lastModifiedBy>
  <cp:revision>3</cp:revision>
  <dcterms:created xsi:type="dcterms:W3CDTF">2026-03-25T11:04:00Z</dcterms:created>
  <dcterms:modified xsi:type="dcterms:W3CDTF">2026-03-25T11:05:00Z</dcterms:modified>
  <cp:category/>
</cp:coreProperties>
</file>